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ايمان فاضل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9789957241445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ادارة الاعمال/ المعلومات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