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تسويق المنتجات المصرفية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اياد عبد الفتاح النسور/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9789957249526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المصارف/ التسويق/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