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المعلومات وخدمات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التسويق/ المكتبات/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