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ورقابة الجودة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9789957246631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ضبط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