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الاحصاء الاستدلالي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الإستدلال الإحصائي/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