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الصوفي في قصيدة ته دلالا لابن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أوشيكن آمنة/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الفارض/ الرمز الصوفي/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