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الاستشراف الاستراتيجي ومستوى التمكين التنظيمي : اسلوب كمي تحليلي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عادل هادي البغدادي/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التمكين التنظيمي/ الاستشراف/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