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برنامج الاحصائي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هاب عبد السل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تحليل الإحصائي/ برامج الحاس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