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واستراتيجيات القضاء على الازمات الاقتصادية والمالية والادارية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سرور بن حكمت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9789957247218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 الازمات/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