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والتأكيد المتقدم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الاردن/ تدقيق الحسابات/ الحسابات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