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 علاوي كاظم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