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: افكار وتوجيهات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غسان قاسم داود اللامي/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استراتيجيات التسويق/ اسواق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