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التمكين والإندماج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احسان دهش جلاب/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9789957248239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التمكين/ الاندماج/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