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القياس الاقتصادي : النظرية والتحليل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كامل علاوي كاظم الفتلاوي/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المعادلات الآنية/ الانحدار/ الارتباط/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