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الاصول البيولوجية : النبات والحيوان - الدواجن والبيض - تربية النحل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القياس المحاسبي/ الاصول البيولوجية/ الانتاج الحيواني/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