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التسويق في النظمات المعاصرة : التسويق عبر الانترنت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احمد ذياب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9789957761523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الانترنيت/ تنافسية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