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الادارة في اعداد وتنفيد الموازنة العامة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زينب كريم الداودي/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صفاء للطباعة والنشر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429ص.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9789957248499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الادارة/ الموازنة العامة/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