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الدعاية والاعلان والعلاقات العامة في المدونات الالكترونية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جاسم رمضان الهلالي/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النفائس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308ص.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9789957801175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العلاقات العامة/ الإعلان التجاري/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