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اخطار شركات التأمين (اخطار الاكتتاب , اخطار الاستثمار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عيد احمد ابوبكر/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9789957246471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الخطر/ الاستثمار المالي/ محاسبة شركات التأمين/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