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الاخلاقية والاجتماعية للمنظمات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9789957781675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