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محمود الزامل/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