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عنبر ابراهيم شلاش/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9789957166915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الزراعة/ المنتجات الزراعية/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