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التسويق الالكتروني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محمود جاسم الصميدعي/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المسيرة للنشر والتوزيع والطباعة/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368ص.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9789957068714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التسويق/ ادارة المبيعات/ التسويق الالكتروني/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