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التضخم والكساد : الاسباب والحلول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وضاح نجيب رجب/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النفائس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9789957800437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التضخم/ الاقتصاد الاسلامي/ الكساد/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