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واص والتصنيف والتقييم للنفط و منتجات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مد ناصر بن هرهر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19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فط/ الزيت الخام/ الخواص الفيزيائية/ تصنيف النف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