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في ادارة الضيافة والسياحة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عادل عبد الله العنزي/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9789957124045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السياحة/ التسويق السياحي/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