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سعر الصرف الحقيقي التوازني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بن الزاوي/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الاداري الاقتصاد/ سوق الصرف/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