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وتطوير نظام تقويم أداء العاملين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وليد حميد رشيد الأميري/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9789957127282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ادارة الاعمال/ تقييم الاداء/ نظم تقويم/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