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الاستراتيجية للموارد البشرية ( منظور عالمي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 علي العنزي/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9789957126643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الاستراتيجية/ ادارة الموارد البشرية/ العولمة الاقتصادية/ ادارة رأس المال/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