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 : مفاهيم وتطبيقات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عطا الله علي الزبون/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9789957127183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 الشاملة/ ادارة الجودة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