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النقدي الدولي : المنافسة - اورو - دولار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الزهراء خبازي/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النقدي/ اوروبا/ الاورو/ الدولار/ الولايات المتحدة/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