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الاسس والاصول العلمية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الوظائف/ منظمة الاعمال/ العملية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