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الاجتماعية للشركات نحو التنمية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عايد عبد الله العصيمي/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العام/ القطاع الخاص/ الشركات/ التنمية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