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عاصم الاعرجي/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اتخاذ القرارات/ الازمات الادارية/ التهديم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