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في المنهج الاسلامي : مدخل الوظائف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غانم فنجان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9789957890155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التنظيم الاداري/ الرقابة الادارية/ القيادة الادارية/ المنهج الاسلامي/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