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العلاقات العامة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