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المؤامرة والانهيار المصرفي : بين مقررات لجنة بازل وتقليل المخاطر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السلام محمد خميس/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9789933914394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المصرفية/ الازمة المالية/ ادارة الخطر/ نظرية المؤامرة/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