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التصكيك الاسلامي في ادارة السيولة في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حكيم براضية/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9789957127572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الاسلامية/ السيولة/ الصكوك/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