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الاقتصاد الرياضي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الرزاق بني هاني/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9789957125479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الرياضي/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