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والمصطلحات واعادة الصياغة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مانويل سيليوكونسيساو/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المصطلحات/ الصياغة/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