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تغريبة الادب الكنعاني : الف عام وعام على ضفاف المتوسط الافريقي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