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العنوان والاستهلال في مواقف النفري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عامر جميل شامي الراشدي/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الحامد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9789957326722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