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الزهد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عبد الله خليل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9789957326173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