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القرى قبل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كاظم خلخال الشيباني/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