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الدلالة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محيسن ختلان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9789957712402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