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اللسانية مقتربات في التأسيس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هاني صبري علي ال 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القصصي/ الأداء اللغوي/ الثنائية اللسانية/ بنية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