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التشكيلي في اللساني : مقاربة في خطاب السياب الشعري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الستار عبد الله البدراني/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9789957706913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الشعر/ الرسم/ اللوحة الشعرية/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