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ملحمة انتقاض اللسان العربي : لسان العرب القلق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الكور/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9789997706683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