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زمردة الاندلس :دراسات و ببلوغرافيا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