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التبادل اللغوي في العربية:دراسة نحوية 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طالب الرفوع/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9789957449018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التبادل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